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홈페이지 기획서 작성 양식</w:t>
      </w:r>
    </w:p>
    <w:p>
      <w:pPr>
        <w:snapToGrid w:val="0"/>
      </w:pPr>
      <w:r>
        <w:t>방문자와 필요한 기능을 정리해 제작사와 같은 범위로 상담하기 위한 빈 양식입니다. 정하지 못한 항목은 미정으로 표시하고, 예시 문장을 프로젝트 상황에 맞게 바꾸세요.</w:t>
      </w:r>
    </w:p>
    <w:p>
      <w:pPr>
        <w:snapToGrid w:val="0"/>
      </w:pPr>
      <w:r>
        <w:rPr>
          <w:sz w:val="20"/>
        </w:rPr>
        <w:t>프로젝트명 ____________________   작성일 ____________________</w:t>
      </w:r>
    </w:p>
    <w:p>
      <w:pPr>
        <w:pStyle w:val="Heading2"/>
      </w:pPr>
      <w:r>
        <w:t>01 목적</w:t>
      </w:r>
    </w:p>
    <w:p>
      <w:pPr>
        <w:snapToGrid w:val="0"/>
      </w:pPr>
      <w:r>
        <w:rPr>
          <w:sz w:val="20"/>
        </w:rPr>
        <w:t>홈페이지가 해결해야 할 업무를 한 문장으로 적으세요.</w:t>
      </w:r>
    </w:p>
    <w:p>
      <w:pPr>
        <w:snapToGrid w:val="0"/>
      </w:pPr>
      <w:r>
        <w:rPr>
          <w:sz w:val="20"/>
        </w:rPr>
        <w:t>예시  구매 담당자가 가공 품목을 확인하고 견적을 문의한다.</w:t>
      </w:r>
    </w:p>
    <w:p>
      <w:pPr>
        <w:snapToGrid w:val="0"/>
        <w:spacing w:after="200"/>
      </w:pPr>
      <w:r>
        <w:t>작성  ______________________________________________________________</w:t>
        <w:br/>
        <w:br/>
        <w:t>___________________________________________________________________</w:t>
      </w:r>
    </w:p>
    <w:p>
      <w:pPr>
        <w:pStyle w:val="Heading2"/>
      </w:pPr>
      <w:r>
        <w:t>02 방문자와 핵심 행동</w:t>
      </w:r>
    </w:p>
    <w:p>
      <w:pPr>
        <w:snapToGrid w:val="0"/>
      </w:pPr>
      <w:r>
        <w:rPr>
          <w:sz w:val="20"/>
        </w:rPr>
        <w:t>누가 어떤 상황에서 들어와 무엇을 해야 하나요?</w:t>
      </w:r>
    </w:p>
    <w:p>
      <w:pPr>
        <w:snapToGrid w:val="0"/>
      </w:pPr>
      <w:r>
        <w:rPr>
          <w:sz w:val="20"/>
        </w:rPr>
        <w:t>예시  새 공급업체를 찾는 담당자 → 품목과 수량을 적어 문의</w:t>
      </w:r>
    </w:p>
    <w:p>
      <w:pPr>
        <w:snapToGrid w:val="0"/>
        <w:spacing w:after="200"/>
      </w:pPr>
      <w:r>
        <w:t>작성  ______________________________________________________________</w:t>
        <w:br/>
        <w:br/>
        <w:t>___________________________________________________________________</w:t>
      </w:r>
    </w:p>
    <w:p>
      <w:pPr>
        <w:pStyle w:val="Heading2"/>
      </w:pPr>
      <w:r>
        <w:t>03 페이지와 역할</w:t>
      </w:r>
    </w:p>
    <w:p>
      <w:pPr>
        <w:snapToGrid w:val="0"/>
      </w:pPr>
      <w:r>
        <w:rPr>
          <w:sz w:val="20"/>
        </w:rPr>
        <w:t>각 메뉴 이름과 방문자가 확인할 내용을 함께 적으세요.</w:t>
      </w:r>
    </w:p>
    <w:p>
      <w:pPr>
        <w:snapToGrid w:val="0"/>
      </w:pPr>
      <w:r>
        <w:rPr>
          <w:sz w:val="20"/>
        </w:rPr>
        <w:t>예시  메인 · 회사 소개 · 가공 품목 · 제작 사례 · 견적 문의</w:t>
      </w:r>
    </w:p>
    <w:p>
      <w:pPr>
        <w:snapToGrid w:val="0"/>
        <w:spacing w:after="200"/>
      </w:pPr>
      <w:r>
        <w:t>작성  ______________________________________________________________</w:t>
        <w:br/>
        <w:br/>
        <w:t>___________________________________________________________________</w:t>
      </w:r>
    </w:p>
    <w:p>
      <w:r>
        <w:br w:type="page"/>
      </w:r>
    </w:p>
    <w:p>
      <w:pPr>
        <w:pStyle w:val="Title"/>
      </w:pPr>
      <w:r>
        <w:t>기능과 준비 자료</w:t>
      </w:r>
    </w:p>
    <w:p>
      <w:pPr>
        <w:snapToGrid w:val="0"/>
      </w:pPr>
      <w:r>
        <w:t>기능 이름만 쓰기보다 입력과 처리 결과를 적으세요. 자료마다 준비 여부와 제공 담당자를 함께 정하면 제작 일정을 구체화하기 쉽습니다.</w:t>
      </w:r>
    </w:p>
    <w:p>
      <w:pPr>
        <w:pStyle w:val="Heading2"/>
      </w:pPr>
      <w:r>
        <w:t>04 기능과 처리 방식</w:t>
      </w:r>
    </w:p>
    <w:p>
      <w:pPr>
        <w:snapToGrid w:val="0"/>
      </w:pPr>
      <w:r>
        <w:rPr>
          <w:sz w:val="20"/>
        </w:rPr>
        <w:t>입력 → 처리 → 결과와 운영자의 확인 업무를 적으세요.</w:t>
      </w:r>
    </w:p>
    <w:p>
      <w:pPr>
        <w:snapToGrid w:val="0"/>
      </w:pPr>
      <w:r>
        <w:rPr>
          <w:sz w:val="20"/>
        </w:rPr>
        <w:t>예시  희망 날짜 접수 → 담당자 확인 → 확정 여부 회신</w:t>
      </w:r>
    </w:p>
    <w:p>
      <w:pPr>
        <w:snapToGrid w:val="0"/>
        <w:spacing w:after="200"/>
      </w:pPr>
      <w:r>
        <w:t>작성  ______________________________________________________________</w:t>
        <w:br/>
        <w:br/>
        <w:t>___________________________________________________________________</w:t>
      </w:r>
    </w:p>
    <w:p>
      <w:pPr>
        <w:pStyle w:val="Heading2"/>
      </w:pPr>
      <w:r>
        <w:t>05 준비 자료</w:t>
      </w:r>
    </w:p>
    <w:p>
      <w:pPr>
        <w:snapToGrid w:val="0"/>
      </w:pPr>
      <w:r>
        <w:rPr>
          <w:sz w:val="20"/>
        </w:rPr>
        <w:t>원고와 사진, 로고의 준비 상태와 제공 담당자를 적으세요.</w:t>
      </w:r>
    </w:p>
    <w:p>
      <w:pPr>
        <w:snapToGrid w:val="0"/>
      </w:pPr>
      <w:r>
        <w:rPr>
          <w:sz w:val="20"/>
        </w:rPr>
        <w:t>예시  로고 있음 · 사진 12장 준비 중 · 원고 내부 작성</w:t>
      </w:r>
    </w:p>
    <w:p>
      <w:pPr>
        <w:snapToGrid w:val="0"/>
        <w:spacing w:after="200"/>
      </w:pPr>
      <w:r>
        <w:t>작성  ______________________________________________________________</w:t>
        <w:br/>
        <w:br/>
        <w:t>___________________________________________________________________</w:t>
      </w:r>
    </w:p>
    <w:p>
      <w:pPr>
        <w:pStyle w:val="Heading2"/>
      </w:pPr>
      <w:r>
        <w:t>06 참고 방향</w:t>
      </w:r>
    </w:p>
    <w:p>
      <w:pPr>
        <w:snapToGrid w:val="0"/>
      </w:pPr>
      <w:r>
        <w:rPr>
          <w:sz w:val="20"/>
        </w:rPr>
        <w:t>참고 링크와 좋아하는 부분, 피할 부분을 함께 적으세요.</w:t>
      </w:r>
    </w:p>
    <w:p>
      <w:pPr>
        <w:snapToGrid w:val="0"/>
      </w:pPr>
      <w:r>
        <w:rPr>
          <w:sz w:val="20"/>
        </w:rPr>
        <w:t>예시  큰 제품 사진과 단순한 메뉴 · 자동 재생 영상 제외</w:t>
      </w:r>
    </w:p>
    <w:p>
      <w:pPr>
        <w:snapToGrid w:val="0"/>
        <w:spacing w:after="200"/>
      </w:pPr>
      <w:r>
        <w:t>작성  ______________________________________________________________</w:t>
        <w:br/>
        <w:br/>
        <w:t>___________________________________________________________________</w:t>
      </w:r>
    </w:p>
    <w:p>
      <w:r>
        <w:br w:type="page"/>
      </w:r>
    </w:p>
    <w:p>
      <w:pPr>
        <w:pStyle w:val="Title"/>
      </w:pPr>
      <w:r>
        <w:t>일정과 완료 기준</w:t>
      </w:r>
    </w:p>
    <w:p>
      <w:pPr>
        <w:snapToGrid w:val="0"/>
      </w:pPr>
      <w:r>
        <w:t>예산과 일정은 확정 조건을 구분해서 적으세요. 제외 범위와 완료 기준까지 합의하면 견적을 같은 조건으로 비교할 수 있습니다.</w:t>
      </w:r>
    </w:p>
    <w:p>
      <w:pPr>
        <w:pStyle w:val="Heading2"/>
      </w:pPr>
      <w:r>
        <w:t>07 일정과 승인 담당자</w:t>
      </w:r>
    </w:p>
    <w:p>
      <w:pPr>
        <w:snapToGrid w:val="0"/>
      </w:pPr>
      <w:r>
        <w:rPr>
          <w:sz w:val="20"/>
        </w:rPr>
        <w:t>희망 오픈일과 필수 마감일, 의견 취합자와 최종 승인자를 적으세요.</w:t>
      </w:r>
    </w:p>
    <w:p>
      <w:pPr>
        <w:snapToGrid w:val="0"/>
      </w:pPr>
      <w:r>
        <w:rPr>
          <w:sz w:val="20"/>
        </w:rPr>
        <w:t>예시  전시회 전 오픈 필요 · 담당자가 취합하고 대표가 승인</w:t>
      </w:r>
    </w:p>
    <w:p>
      <w:pPr>
        <w:snapToGrid w:val="0"/>
        <w:spacing w:after="200"/>
      </w:pPr>
      <w:r>
        <w:t>작성  ______________________________________________________________</w:t>
        <w:br/>
        <w:br/>
        <w:t>___________________________________________________________________</w:t>
      </w:r>
    </w:p>
    <w:p>
      <w:pPr>
        <w:pStyle w:val="Heading2"/>
      </w:pPr>
      <w:r>
        <w:t>08 예산 범위와 완료 기준</w:t>
      </w:r>
    </w:p>
    <w:p>
      <w:pPr>
        <w:snapToGrid w:val="0"/>
      </w:pPr>
      <w:r>
        <w:rPr>
          <w:sz w:val="20"/>
        </w:rPr>
        <w:t>부가세 포함 여부, 포함하거나 제외할 일, 완료 확인 방법을 적으세요.</w:t>
      </w:r>
    </w:p>
    <w:p>
      <w:pPr>
        <w:snapToGrid w:val="0"/>
      </w:pPr>
      <w:r>
        <w:rPr>
          <w:sz w:val="20"/>
        </w:rPr>
        <w:t>예시  결제 제외 · 모바일 테스트 문의가 담당자 메일에 도착</w:t>
      </w:r>
    </w:p>
    <w:p>
      <w:pPr>
        <w:snapToGrid w:val="0"/>
        <w:spacing w:after="200"/>
      </w:pPr>
      <w:r>
        <w:t>작성  ______________________________________________________________</w:t>
        <w:br/>
        <w:br/>
        <w:t>___________________________________________________________________</w:t>
      </w:r>
    </w:p>
    <w:p>
      <w:pPr>
        <w:pStyle w:val="Heading2"/>
      </w:pPr>
      <w:r>
        <w:t>전달 전 확인</w:t>
      </w:r>
    </w:p>
    <w:p>
      <w:pPr>
        <w:snapToGrid w:val="0"/>
      </w:pPr>
      <w:r>
        <w:rPr>
          <w:sz w:val="22"/>
        </w:rPr>
        <w:t>□ 페이지별 역할과 핵심 행동을 정리했나요?</w:t>
      </w:r>
    </w:p>
    <w:p>
      <w:pPr>
        <w:snapToGrid w:val="0"/>
      </w:pPr>
      <w:r>
        <w:rPr>
          <w:sz w:val="22"/>
        </w:rPr>
        <w:t>□ 문의 접수와 예약 확정 같은 상태를 구분했나요?</w:t>
      </w:r>
    </w:p>
    <w:p>
      <w:pPr>
        <w:snapToGrid w:val="0"/>
      </w:pPr>
      <w:r>
        <w:rPr>
          <w:sz w:val="22"/>
        </w:rPr>
        <w:t>□ 자료 제공 담당자와 최종 승인자가 정해졌나요?</w:t>
      </w:r>
    </w:p>
    <w:p>
      <w:pPr>
        <w:snapToGrid w:val="0"/>
      </w:pPr>
      <w:r>
        <w:rPr>
          <w:sz w:val="22"/>
        </w:rPr>
        <w:t>□ 추가 비용 항목과 운영비를 구분했나요?</w:t>
      </w:r>
    </w:p>
    <w:p>
      <w:pPr>
        <w:snapToGrid w:val="0"/>
      </w:pPr>
      <w:r>
        <w:rPr>
          <w:sz w:val="22"/>
        </w:rPr>
        <w:t>□ 아직 결정하지 않은 항목을 미정으로 표시했나요?</w:t>
      </w:r>
    </w:p>
    <w:p>
      <w:pPr>
        <w:snapToGrid w:val="0"/>
      </w:pPr>
      <w:r>
        <w:rPr>
          <w:sz w:val="20"/>
        </w:rPr>
        <w:t>작성 예시와 실제 화면 설명</w:t>
        <w:br/>
        <w:t>slohero.com/blog/planning-doc-example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slohero.com/blog/planning-doc-example   ·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</w:rPr>
      <w:t>SLOHERO   /   WEBSITE PLANNING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0" w:lineRule="exact" w:after="120"/>
      <w:snapToGrid w:val="0"/>
    </w:pPr>
    <w:rPr>
      <w:rFonts w:ascii="맑은 고딕" w:hAnsi="맑은 고딕" w:eastAsia="맑은 고딕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  <w:snapToGrid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20"/>
      <w:outlineLvl w:val="1"/>
      <w:snapToGrid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  <w:snapToGrid w:val="0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  <w:snapToGrid w:val="0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  <w:snapToGrid w:val="0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  <w:snapToGrid w:val="0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  <w:snapToGrid w:val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  <w:snapToGrid w:val="0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  <w:snapToGrid w:val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  <w:snapToGrid w:val="0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  <w:snapToGrid w:val="0"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napToGrid w:val="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  <w:snapToGrid w:val="0"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  <w:snapToGrid w:val="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  <w:snapToGrid w:val="0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  <w:snapToGrid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  <w:snapToGrid w:val="0"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  <w:snapToGrid w:val="0"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  <w:snapToGrid w:val="0"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napToGrid w:val="0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  <w:snapToGrid w:val="0"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  <w:snapToGrid w:val="0"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napToGrid w:val="0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  <w:snapToGrid w:val="0"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  <w:snapToGrid w:val="0"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  <w:snapToGrid w:val="0"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  <w:snapToGrid w:val="0"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  <w:snapToGrid w:val="0"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napToGrid w:val="0"/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  <w:snapToGrid w:val="0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  <w:snapToGrid w:val="0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  <w:snapToGrid w:val="0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  <w:snapToGri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  <w:snapToGrid w:val="0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  <w:snapToGrid w:val="0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  <w:snapToGrid w:val="0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  <w:snapToGrid w:val="0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  <w:snapToGrid w:val="0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  <w:snapToGrid w:val="0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  <w:snapToGrid w:val="0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  <w:snapToGrid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  <w:snapToGrid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  <w:snapToGrid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  <w:snapToGrid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  <w:snapToGrid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  <w:snapToGrid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  <w:snapToGrid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  <w:snapToGrid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  <w:snapToGrid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  <w:snapToGrid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  <w:snapToGrid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  <w:snapToGrid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  <w:snapToGrid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  <w:snapToGrid w:val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  <w:snapToGrid w:val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  <w:snapToGrid w:val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  <w:snapToGrid w:val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  <w:snapToGrid w:val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  <w:snapToGrid w:val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  <w:snapToGrid w:val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  <w:snapToGrid w:val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  <w:snapToGrid w:val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  <w:snapToGrid w:val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